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Приложение № 6. Таблица оценки уровня физической подготовленности военнослужащих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16"/>
        </w:rPr>
        <w:t>Таблица оценки уровня физической подготовленности военнослужащих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>
        <w:trPr>
          <w:tblHeader w:val="true"/>
        </w:trPr>
        <w:tc>
          <w:tcPr>
            <w:tcW w:type="dxa" w:w="75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31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Военнослужащие</w:t>
            </w:r>
          </w:p>
        </w:tc>
        <w:tc>
          <w:tcPr>
            <w:tcW w:type="dxa" w:w="169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Номер категории (при наличии)</w:t>
            </w:r>
          </w:p>
        </w:tc>
        <w:tc>
          <w:tcPr>
            <w:tcW w:type="dxa" w:w="180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Минимум баллов в одном упражнении</w:t>
            </w:r>
          </w:p>
        </w:tc>
        <w:tc>
          <w:tcPr>
            <w:tcW w:type="dxa" w:w="7428"/>
            <w:gridSpan w:val="1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 уровня физической подготовленности (за количество упражнений от двух до пяти)</w:t>
            </w:r>
          </w:p>
        </w:tc>
        <w:tc>
          <w:tcPr>
            <w:tcW w:type="dxa" w:w="6996"/>
            <w:gridSpan w:val="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Квалификационный уровень физической подготовленности (в двух/трех/четырех/пяти упражнениях)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5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3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9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5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 двух упражнениях</w:t>
            </w:r>
          </w:p>
        </w:tc>
        <w:tc>
          <w:tcPr>
            <w:tcW w:type="dxa" w:w="185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 трех упражнениях</w:t>
            </w:r>
          </w:p>
        </w:tc>
        <w:tc>
          <w:tcPr>
            <w:tcW w:type="dxa" w:w="185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 четырех упражнениях</w:t>
            </w:r>
          </w:p>
        </w:tc>
        <w:tc>
          <w:tcPr>
            <w:tcW w:type="dxa" w:w="1857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 пяти упражнениях</w:t>
            </w:r>
          </w:p>
        </w:tc>
        <w:tc>
          <w:tcPr>
            <w:tcW w:type="dxa" w:w="174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74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74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74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5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3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9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74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74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74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74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75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31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9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0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Военнослужащие, проходящие военную службу по призыву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Курсанты: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курса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 курса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34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350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 и последующих курсов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380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360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Военнослужащие, проходящие военную службу по контракту: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возрастной группы (до 25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250 300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230 270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220 250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210 240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 возрастной группы (25 - 29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240 290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220 260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210 240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200 230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 возрастной группы (30 - 34 года)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230 270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210 240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200 220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190 210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 возрастной группы (35 - 39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22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210 250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190 220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180 210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170 200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 возрастной группы (40 - 44 года)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180 230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170 220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160 200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150 180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 возрастной группы (45 - 49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160 180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150 160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140 150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130 140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110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 возрастной группы (50 - 54 года)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1 - 3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12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 возрастной группы (55 - 59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1 - 3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 возрастной группы (60 лет и старше)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1 - 3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</w:t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Курсанты женского пола: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курса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 курса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85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 и последующих курсов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</w:t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Военнослужащие женского пола: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 возрастной группы (до 25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90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 возрастной группы (25 - 29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80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 возрастной группы (30 - 34 года)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 возрастной группы (35 - 39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 возрастной группы (40 - 44 года)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6 возрастной группы (45 - 49 лет)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c>
          <w:tcPr>
            <w:tcW w:type="dxa" w:w="75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31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7 возрастной группы (50 лет и старше)</w:t>
            </w:r>
          </w:p>
        </w:tc>
        <w:tc>
          <w:tcPr>
            <w:tcW w:type="dxa" w:w="16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80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10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6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-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25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20</w:t>
            </w:r>
          </w:p>
        </w:tc>
        <w:tc>
          <w:tcPr>
            <w:tcW w:type="dxa" w:w="174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15</w:t>
            </w:r>
          </w:p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3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</w:tbl>
    <w:sectPr w:rsidR="00FC693F" w:rsidRPr="0006063C" w:rsidSect="00034616">
      <w:pgSz w:w="23811" w:h="16838" w:orient="landscape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