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Приложение № 9. Рекомендуемые образцы ведомостей результатов проверок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16"/>
        </w:rPr>
        <w:t>ВЕДОМОСТЬ результатов контрольной (инспекторской) проверки уровня физической подготовленности военнослужащих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</w:tblGrid>
      <w:tr>
        <w:trPr>
          <w:tblHeader w:val="true"/>
        </w:trPr>
        <w:tc>
          <w:tcPr>
            <w:tcW w:type="dxa" w:w="49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N п/п</w:t>
            </w:r>
          </w:p>
        </w:tc>
        <w:tc>
          <w:tcPr>
            <w:tcW w:type="dxa" w:w="81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Воинское звание</w:t>
            </w:r>
          </w:p>
        </w:tc>
        <w:tc>
          <w:tcPr>
            <w:tcW w:type="dxa" w:w="57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Фамилия</w:t>
            </w:r>
          </w:p>
        </w:tc>
        <w:tc>
          <w:tcPr>
            <w:tcW w:type="dxa" w:w="40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Имя</w:t>
            </w:r>
          </w:p>
        </w:tc>
        <w:tc>
          <w:tcPr>
            <w:tcW w:type="dxa" w:w="97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Отчество (при наличии)</w:t>
            </w:r>
          </w:p>
        </w:tc>
        <w:tc>
          <w:tcPr>
            <w:tcW w:type="dxa" w:w="109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Личный номер военнослужащего</w:t>
            </w:r>
          </w:p>
        </w:tc>
        <w:tc>
          <w:tcPr>
            <w:tcW w:type="dxa" w:w="76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Дата рождения</w:t>
            </w:r>
          </w:p>
        </w:tc>
        <w:tc>
          <w:tcPr>
            <w:tcW w:type="dxa" w:w="81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Нагрудный номер</w:t>
            </w:r>
          </w:p>
        </w:tc>
        <w:tc>
          <w:tcPr>
            <w:tcW w:type="dxa" w:w="86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Возрастная группа</w:t>
            </w:r>
          </w:p>
        </w:tc>
        <w:tc>
          <w:tcPr>
            <w:tcW w:type="dxa" w:w="128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Категория военнослужащего/курс обучения</w:t>
            </w:r>
          </w:p>
        </w:tc>
        <w:tc>
          <w:tcPr>
            <w:tcW w:type="dxa" w:w="91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Пол военнослужащего</w:t>
            </w:r>
          </w:p>
        </w:tc>
        <w:tc>
          <w:tcPr>
            <w:tcW w:type="dxa" w:w="86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Весовая категория</w:t>
            </w:r>
          </w:p>
        </w:tc>
        <w:tc>
          <w:tcPr>
            <w:tcW w:type="dxa" w:w="9710"/>
            <w:gridSpan w:val="1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Физические упражнения</w:t>
            </w:r>
          </w:p>
        </w:tc>
        <w:tc>
          <w:tcPr>
            <w:tcW w:type="dxa" w:w="73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Сумма баллов</w:t>
            </w:r>
          </w:p>
        </w:tc>
        <w:tc>
          <w:tcPr>
            <w:tcW w:type="dxa" w:w="132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Оценка уровня физической подготовленности</w:t>
            </w:r>
          </w:p>
        </w:tc>
        <w:tc>
          <w:tcPr>
            <w:tcW w:type="dxa" w:w="148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Квалификационный уровень физической подготовленности</w:t>
            </w:r>
          </w:p>
        </w:tc>
      </w:tr>
      <w:tr>
        <w:trPr>
          <w:tblHeader w:val="true"/>
        </w:trPr>
        <w:tc>
          <w:tcPr>
            <w:tcW w:type="dxa" w:w="49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1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7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0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97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9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76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1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6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28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91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6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826"/>
            <w:gridSpan w:val="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Общие физические упражнения</w:t>
            </w:r>
          </w:p>
        </w:tc>
        <w:tc>
          <w:tcPr>
            <w:tcW w:type="dxa" w:w="3884"/>
            <w:gridSpan w:val="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Специальные физические упражнения</w:t>
            </w:r>
          </w:p>
        </w:tc>
        <w:tc>
          <w:tcPr>
            <w:tcW w:type="dxa" w:w="73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2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8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49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1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7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0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97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9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76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1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6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28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91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6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Номер упражнения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Результат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Балл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Номер упражнения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Результат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Балл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Номер упражнения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Результат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Балл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Номер упражнения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Результат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Балл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Номер упражнения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Результат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Балл</w:t>
            </w:r>
          </w:p>
        </w:tc>
        <w:tc>
          <w:tcPr>
            <w:tcW w:type="dxa" w:w="73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2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8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4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</w:t>
            </w:r>
          </w:p>
        </w:tc>
        <w:tc>
          <w:tcPr>
            <w:tcW w:type="dxa" w:w="8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</w:t>
            </w:r>
          </w:p>
        </w:tc>
        <w:tc>
          <w:tcPr>
            <w:tcW w:type="dxa" w:w="5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3</w:t>
            </w:r>
          </w:p>
        </w:tc>
        <w:tc>
          <w:tcPr>
            <w:tcW w:type="dxa" w:w="4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4</w:t>
            </w:r>
          </w:p>
        </w:tc>
        <w:tc>
          <w:tcPr>
            <w:tcW w:type="dxa" w:w="9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5</w:t>
            </w:r>
          </w:p>
        </w:tc>
        <w:tc>
          <w:tcPr>
            <w:tcW w:type="dxa" w:w="109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6</w:t>
            </w:r>
          </w:p>
        </w:tc>
        <w:tc>
          <w:tcPr>
            <w:tcW w:type="dxa" w:w="7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7</w:t>
            </w:r>
          </w:p>
        </w:tc>
        <w:tc>
          <w:tcPr>
            <w:tcW w:type="dxa" w:w="8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8</w:t>
            </w:r>
          </w:p>
        </w:tc>
        <w:tc>
          <w:tcPr>
            <w:tcW w:type="dxa" w:w="8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9</w:t>
            </w:r>
          </w:p>
        </w:tc>
        <w:tc>
          <w:tcPr>
            <w:tcW w:type="dxa" w:w="12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10</w:t>
            </w:r>
          </w:p>
        </w:tc>
        <w:tc>
          <w:tcPr>
            <w:tcW w:type="dxa" w:w="91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11</w:t>
            </w:r>
          </w:p>
        </w:tc>
        <w:tc>
          <w:tcPr>
            <w:tcW w:type="dxa" w:w="8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12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13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14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15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16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17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18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19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20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21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22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23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24</w:t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25</w:t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26</w:t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27</w:t>
            </w:r>
          </w:p>
        </w:tc>
        <w:tc>
          <w:tcPr>
            <w:tcW w:type="dxa" w:w="73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28</w:t>
            </w:r>
          </w:p>
        </w:tc>
        <w:tc>
          <w:tcPr>
            <w:tcW w:type="dxa" w:w="13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29</w:t>
            </w:r>
          </w:p>
        </w:tc>
        <w:tc>
          <w:tcPr>
            <w:tcW w:type="dxa" w:w="148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8"/>
              </w:rPr>
              <w:t>30</w:t>
            </w:r>
          </w:p>
        </w:tc>
      </w:tr>
      <w:tr>
        <w:tc>
          <w:tcPr>
            <w:tcW w:type="dxa" w:w="4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  <w:t>1</w:t>
            </w:r>
          </w:p>
        </w:tc>
        <w:tc>
          <w:tcPr>
            <w:tcW w:type="dxa" w:w="8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5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4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9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109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7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8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8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12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91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8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64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4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73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13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  <w:tc>
          <w:tcPr>
            <w:tcW w:type="dxa" w:w="148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8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ВЕДОМОСТЬ результатов проверки воинской части по физической подготовке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>
        <w:trPr>
          <w:tblHeader w:val="true"/>
        </w:trPr>
        <w:tc>
          <w:tcPr>
            <w:tcW w:type="dxa" w:w="74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160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Наименование</w:t>
            </w:r>
          </w:p>
        </w:tc>
        <w:tc>
          <w:tcPr>
            <w:tcW w:type="dxa" w:w="95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45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45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038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5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243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 военнослужащих, проходящих военную службу по контракту</w:t>
            </w:r>
          </w:p>
        </w:tc>
        <w:tc>
          <w:tcPr>
            <w:tcW w:type="dxa" w:w="6108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  <w:tc>
          <w:tcPr>
            <w:tcW w:type="dxa" w:w="80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Оценка</w:t>
            </w:r>
          </w:p>
        </w:tc>
      </w:tr>
      <w:tr>
        <w:trPr>
          <w:tblHeader w:val="true"/>
        </w:trPr>
        <w:tc>
          <w:tcPr>
            <w:tcW w:type="dxa" w:w="74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60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9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0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45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0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45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45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5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5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5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00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2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243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5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5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5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5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  <w:tc>
          <w:tcPr>
            <w:tcW w:type="dxa" w:w="80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74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60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9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0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5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0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5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0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2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43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80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7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16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9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24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25</w:t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26</w:t>
            </w:r>
          </w:p>
        </w:tc>
        <w:tc>
          <w:tcPr>
            <w:tcW w:type="dxa" w:w="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27</w:t>
            </w:r>
          </w:p>
        </w:tc>
      </w:tr>
      <w:tr>
        <w:tc>
          <w:tcPr>
            <w:tcW w:type="dxa" w:w="7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16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Управление в/ч</w:t>
            </w:r>
          </w:p>
        </w:tc>
        <w:tc>
          <w:tcPr>
            <w:tcW w:type="dxa" w:w="9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4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23126"/>
            <w:gridSpan w:val="2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Основные подразделения</w:t>
            </w:r>
          </w:p>
        </w:tc>
      </w:tr>
      <w:tr>
        <w:tc>
          <w:tcPr>
            <w:tcW w:type="dxa" w:w="7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16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Управление мсб</w:t>
            </w:r>
          </w:p>
        </w:tc>
        <w:tc>
          <w:tcPr>
            <w:tcW w:type="dxa" w:w="9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4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7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мср</w:t>
            </w:r>
          </w:p>
        </w:tc>
        <w:tc>
          <w:tcPr>
            <w:tcW w:type="dxa" w:w="9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4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7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Взвод обеспечения батальона</w:t>
            </w:r>
          </w:p>
        </w:tc>
        <w:tc>
          <w:tcPr>
            <w:tcW w:type="dxa" w:w="9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4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7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мсб</w:t>
            </w:r>
          </w:p>
        </w:tc>
        <w:tc>
          <w:tcPr>
            <w:tcW w:type="dxa" w:w="9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4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23126"/>
            <w:gridSpan w:val="2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Подразделения обеспечения</w:t>
            </w:r>
          </w:p>
        </w:tc>
      </w:tr>
      <w:tr>
        <w:tc>
          <w:tcPr>
            <w:tcW w:type="dxa" w:w="7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16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Рота охраны</w:t>
            </w:r>
          </w:p>
        </w:tc>
        <w:tc>
          <w:tcPr>
            <w:tcW w:type="dxa" w:w="9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4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7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воинскую часть</w:t>
            </w:r>
          </w:p>
        </w:tc>
        <w:tc>
          <w:tcPr>
            <w:tcW w:type="dxa" w:w="9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4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СВЕДЕНИЯ о состоянии физической подготовки образовательной организации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</w:tblGrid>
      <w:tr>
        <w:trPr>
          <w:tblHeader w:val="true"/>
        </w:trPr>
        <w:tc>
          <w:tcPr>
            <w:tcW w:type="dxa" w:w="81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208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Наименование подразделения</w:t>
            </w:r>
          </w:p>
        </w:tc>
        <w:tc>
          <w:tcPr>
            <w:tcW w:type="dxa" w:w="105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60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60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658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6736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  <w:tc>
          <w:tcPr>
            <w:tcW w:type="dxa" w:w="88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Оценка</w:t>
            </w:r>
          </w:p>
        </w:tc>
      </w:tr>
      <w:tr>
        <w:trPr>
          <w:tblHeader w:val="true"/>
        </w:trPr>
        <w:tc>
          <w:tcPr>
            <w:tcW w:type="dxa" w:w="81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8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0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10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  <w:tc>
          <w:tcPr>
            <w:tcW w:type="dxa" w:w="88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8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7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88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25</w:t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26</w:t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Управление образовательной организации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Кафедры образовательной организации: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Кафедра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Кафедра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Всего за кафедры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Факультет: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Постоянный состав факультета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Курс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Курс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Всего за факультет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образовательную организацию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ВЕДОМОСТЬ результатов проверки уровня теоретической подготовленности слушателей (курсантов)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542"/>
        <w:gridCol w:w="1542"/>
        <w:gridCol w:w="1542"/>
        <w:gridCol w:w="1542"/>
        <w:gridCol w:w="1542"/>
        <w:gridCol w:w="1542"/>
        <w:gridCol w:w="1542"/>
        <w:gridCol w:w="1542"/>
        <w:gridCol w:w="1542"/>
        <w:gridCol w:w="1542"/>
        <w:gridCol w:w="1542"/>
        <w:gridCol w:w="1542"/>
        <w:gridCol w:w="1542"/>
        <w:gridCol w:w="1542"/>
        <w:gridCol w:w="1542"/>
      </w:tblGrid>
      <w:tr>
        <w:trPr>
          <w:tblHeader w:val="true"/>
        </w:trPr>
        <w:tc>
          <w:tcPr>
            <w:tcW w:type="dxa" w:w="92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N п/п</w:t>
            </w:r>
          </w:p>
        </w:tc>
        <w:tc>
          <w:tcPr>
            <w:tcW w:type="dxa" w:w="15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Воинское звание</w:t>
            </w:r>
          </w:p>
        </w:tc>
        <w:tc>
          <w:tcPr>
            <w:tcW w:type="dxa" w:w="22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Фамилия, имя, отчество (при наличии)</w:t>
            </w:r>
          </w:p>
        </w:tc>
        <w:tc>
          <w:tcPr>
            <w:tcW w:type="dxa" w:w="1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тестового задания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вопроса</w:t>
            </w:r>
          </w:p>
        </w:tc>
        <w:tc>
          <w:tcPr>
            <w:tcW w:type="dxa" w:w="25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Оценка уровня теоретической подготовленности</w:t>
            </w:r>
          </w:p>
        </w:tc>
      </w:tr>
      <w:tr>
        <w:trPr>
          <w:tblHeader w:val="true"/>
        </w:trPr>
        <w:tc>
          <w:tcPr>
            <w:tcW w:type="dxa" w:w="92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type="dxa" w:w="15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type="dxa" w:w="22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type="dxa" w:w="1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type="dxa" w:w="25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</w:tr>
      <w:tr>
        <w:tc>
          <w:tcPr>
            <w:tcW w:type="dxa" w:w="92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  <w:t>1</w:t>
            </w:r>
          </w:p>
        </w:tc>
        <w:tc>
          <w:tcPr>
            <w:tcW w:type="dxa" w:w="15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22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84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25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ВЕДОМОСТЬ результатов проверки уровня методической подготовленности курсантов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13"/>
        <w:gridCol w:w="2313"/>
        <w:gridCol w:w="2313"/>
        <w:gridCol w:w="2313"/>
        <w:gridCol w:w="2313"/>
        <w:gridCol w:w="2313"/>
        <w:gridCol w:w="2313"/>
        <w:gridCol w:w="2313"/>
        <w:gridCol w:w="2313"/>
        <w:gridCol w:w="2313"/>
      </w:tblGrid>
      <w:tr>
        <w:trPr>
          <w:tblHeader w:val="true"/>
        </w:trPr>
        <w:tc>
          <w:tcPr>
            <w:tcW w:type="dxa" w:w="95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N п/п</w:t>
            </w:r>
          </w:p>
        </w:tc>
        <w:tc>
          <w:tcPr>
            <w:tcW w:type="dxa" w:w="155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Воинское звание</w:t>
            </w:r>
          </w:p>
        </w:tc>
        <w:tc>
          <w:tcPr>
            <w:tcW w:type="dxa" w:w="236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Фамилия, имя, отчество (при наличии)</w:t>
            </w:r>
          </w:p>
        </w:tc>
        <w:tc>
          <w:tcPr>
            <w:tcW w:type="dxa" w:w="186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Методическое задание N</w:t>
            </w:r>
          </w:p>
        </w:tc>
        <w:tc>
          <w:tcPr>
            <w:tcW w:type="dxa" w:w="13823"/>
            <w:gridSpan w:val="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Показатели оценки выполнения методического задания</w:t>
            </w:r>
          </w:p>
        </w:tc>
        <w:tc>
          <w:tcPr>
            <w:tcW w:type="dxa" w:w="257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Оценка уровня методической подготовленности</w:t>
            </w:r>
          </w:p>
        </w:tc>
      </w:tr>
      <w:tr>
        <w:trPr>
          <w:tblHeader w:val="true"/>
        </w:trPr>
        <w:tc>
          <w:tcPr>
            <w:tcW w:type="dxa" w:w="95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55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36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86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6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Внешний вид и строевая выправка, знание команд</w:t>
            </w:r>
          </w:p>
        </w:tc>
        <w:tc>
          <w:tcPr>
            <w:tcW w:type="dxa" w:w="32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Умение назвать, четко показать, объяснить технику выполнения упражнения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Умение управлять подразделением</w:t>
            </w:r>
          </w:p>
        </w:tc>
        <w:tc>
          <w:tcPr>
            <w:tcW w:type="dxa" w:w="31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Умение выбрать рациональную методику обучения (проведения занятия)</w:t>
            </w:r>
          </w:p>
        </w:tc>
        <w:tc>
          <w:tcPr>
            <w:tcW w:type="dxa" w:w="248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Умение предупреждать и исправлять ошибки</w:t>
            </w:r>
          </w:p>
        </w:tc>
        <w:tc>
          <w:tcPr>
            <w:tcW w:type="dxa" w:w="257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95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1</w:t>
            </w:r>
          </w:p>
        </w:tc>
        <w:tc>
          <w:tcPr>
            <w:tcW w:type="dxa" w:w="15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2</w:t>
            </w:r>
          </w:p>
        </w:tc>
        <w:tc>
          <w:tcPr>
            <w:tcW w:type="dxa" w:w="23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3</w:t>
            </w:r>
          </w:p>
        </w:tc>
        <w:tc>
          <w:tcPr>
            <w:tcW w:type="dxa" w:w="18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4</w:t>
            </w:r>
          </w:p>
        </w:tc>
        <w:tc>
          <w:tcPr>
            <w:tcW w:type="dxa" w:w="26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5</w:t>
            </w:r>
          </w:p>
        </w:tc>
        <w:tc>
          <w:tcPr>
            <w:tcW w:type="dxa" w:w="32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7</w:t>
            </w:r>
          </w:p>
        </w:tc>
        <w:tc>
          <w:tcPr>
            <w:tcW w:type="dxa" w:w="31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8</w:t>
            </w:r>
          </w:p>
        </w:tc>
        <w:tc>
          <w:tcPr>
            <w:tcW w:type="dxa" w:w="248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9</w:t>
            </w:r>
          </w:p>
        </w:tc>
        <w:tc>
          <w:tcPr>
            <w:tcW w:type="dxa" w:w="25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10</w:t>
            </w:r>
          </w:p>
        </w:tc>
      </w:tr>
      <w:tr>
        <w:tc>
          <w:tcPr>
            <w:tcW w:type="dxa" w:w="95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  <w:t>1</w:t>
            </w:r>
          </w:p>
        </w:tc>
        <w:tc>
          <w:tcPr>
            <w:tcW w:type="dxa" w:w="15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3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18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6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32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31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48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5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ВЕДОМОСТЬ результатов экзамена (государственного экзамена, зачета) по дисциплине «Физическая подготовка»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04"/>
        <w:gridCol w:w="3304"/>
        <w:gridCol w:w="3304"/>
        <w:gridCol w:w="3304"/>
        <w:gridCol w:w="3304"/>
        <w:gridCol w:w="3304"/>
        <w:gridCol w:w="3304"/>
      </w:tblGrid>
      <w:tr>
        <w:trPr>
          <w:tblHeader w:val="true"/>
        </w:trPr>
        <w:tc>
          <w:tcPr>
            <w:tcW w:type="dxa" w:w="14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N п/п</w:t>
            </w:r>
          </w:p>
        </w:tc>
        <w:tc>
          <w:tcPr>
            <w:tcW w:type="dxa" w:w="236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Воинское звание</w:t>
            </w:r>
          </w:p>
        </w:tc>
        <w:tc>
          <w:tcPr>
            <w:tcW w:type="dxa" w:w="36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Фамилия, имя, отчество (при наличии)</w:t>
            </w:r>
          </w:p>
        </w:tc>
        <w:tc>
          <w:tcPr>
            <w:tcW w:type="dxa" w:w="383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Оценка уровня физической подготовленности</w:t>
            </w:r>
          </w:p>
        </w:tc>
        <w:tc>
          <w:tcPr>
            <w:tcW w:type="dxa" w:w="397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Оценка уровня теоретической подготовленности</w:t>
            </w:r>
          </w:p>
        </w:tc>
        <w:tc>
          <w:tcPr>
            <w:tcW w:type="dxa" w:w="39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Оценка уровня методической подготовленности</w:t>
            </w:r>
          </w:p>
        </w:tc>
        <w:tc>
          <w:tcPr>
            <w:tcW w:type="dxa" w:w="397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Оценка по дисциплине «Физическая подготовка»</w:t>
            </w:r>
          </w:p>
        </w:tc>
      </w:tr>
      <w:tr>
        <w:trPr>
          <w:tblHeader w:val="true"/>
        </w:trPr>
        <w:tc>
          <w:tcPr>
            <w:tcW w:type="dxa" w:w="14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1</w:t>
            </w:r>
          </w:p>
        </w:tc>
        <w:tc>
          <w:tcPr>
            <w:tcW w:type="dxa" w:w="236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2</w:t>
            </w:r>
          </w:p>
        </w:tc>
        <w:tc>
          <w:tcPr>
            <w:tcW w:type="dxa" w:w="36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3</w:t>
            </w:r>
          </w:p>
        </w:tc>
        <w:tc>
          <w:tcPr>
            <w:tcW w:type="dxa" w:w="383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4</w:t>
            </w:r>
          </w:p>
        </w:tc>
        <w:tc>
          <w:tcPr>
            <w:tcW w:type="dxa" w:w="397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5</w:t>
            </w:r>
          </w:p>
        </w:tc>
        <w:tc>
          <w:tcPr>
            <w:tcW w:type="dxa" w:w="39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6</w:t>
            </w:r>
          </w:p>
        </w:tc>
        <w:tc>
          <w:tcPr>
            <w:tcW w:type="dxa" w:w="397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7</w:t>
            </w:r>
          </w:p>
        </w:tc>
      </w:tr>
      <w:tr>
        <w:tc>
          <w:tcPr>
            <w:tcW w:type="dxa" w:w="14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236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6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3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97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9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97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ВЕДОМОСТЬ результатов проверки уровня физической подготовки гражданина, поступающего на военную службу по контракту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13"/>
        <w:gridCol w:w="2313"/>
        <w:gridCol w:w="2313"/>
        <w:gridCol w:w="2313"/>
        <w:gridCol w:w="2313"/>
        <w:gridCol w:w="2313"/>
        <w:gridCol w:w="2313"/>
        <w:gridCol w:w="2313"/>
        <w:gridCol w:w="2313"/>
        <w:gridCol w:w="2313"/>
      </w:tblGrid>
      <w:tr>
        <w:trPr>
          <w:tblHeader w:val="true"/>
        </w:trPr>
        <w:tc>
          <w:tcPr>
            <w:tcW w:type="dxa" w:w="15316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Наименование (номер) упражнения</w:t>
            </w:r>
          </w:p>
        </w:tc>
        <w:tc>
          <w:tcPr>
            <w:tcW w:type="dxa" w:w="255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Сумма баллов</w:t>
            </w:r>
          </w:p>
        </w:tc>
        <w:tc>
          <w:tcPr>
            <w:tcW w:type="dxa" w:w="526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Соответствует требованиям/не соответствует требованиям</w:t>
            </w:r>
          </w:p>
        </w:tc>
      </w:tr>
      <w:tr>
        <w:trPr>
          <w:tblHeader w:val="true"/>
        </w:trPr>
        <w:tc>
          <w:tcPr>
            <w:tcW w:type="dxa" w:w="382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N</w:t>
            </w:r>
          </w:p>
        </w:tc>
        <w:tc>
          <w:tcPr>
            <w:tcW w:type="dxa" w:w="382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N</w:t>
            </w:r>
          </w:p>
        </w:tc>
        <w:tc>
          <w:tcPr>
            <w:tcW w:type="dxa" w:w="382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N</w:t>
            </w:r>
          </w:p>
        </w:tc>
        <w:tc>
          <w:tcPr>
            <w:tcW w:type="dxa" w:w="382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N</w:t>
            </w:r>
          </w:p>
        </w:tc>
        <w:tc>
          <w:tcPr>
            <w:tcW w:type="dxa" w:w="25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26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2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Результат</w:t>
            </w:r>
          </w:p>
        </w:tc>
        <w:tc>
          <w:tcPr>
            <w:tcW w:type="dxa" w:w="1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Балл</w:t>
            </w:r>
          </w:p>
        </w:tc>
        <w:tc>
          <w:tcPr>
            <w:tcW w:type="dxa" w:w="2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Результат</w:t>
            </w:r>
          </w:p>
        </w:tc>
        <w:tc>
          <w:tcPr>
            <w:tcW w:type="dxa" w:w="1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Балл</w:t>
            </w:r>
          </w:p>
        </w:tc>
        <w:tc>
          <w:tcPr>
            <w:tcW w:type="dxa" w:w="2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Результат</w:t>
            </w:r>
          </w:p>
        </w:tc>
        <w:tc>
          <w:tcPr>
            <w:tcW w:type="dxa" w:w="1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Балл</w:t>
            </w:r>
          </w:p>
        </w:tc>
        <w:tc>
          <w:tcPr>
            <w:tcW w:type="dxa" w:w="2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Результат</w:t>
            </w:r>
          </w:p>
        </w:tc>
        <w:tc>
          <w:tcPr>
            <w:tcW w:type="dxa" w:w="1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4"/>
              </w:rPr>
              <w:t>Балл</w:t>
            </w:r>
          </w:p>
        </w:tc>
        <w:tc>
          <w:tcPr>
            <w:tcW w:type="dxa" w:w="25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26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2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  <w:t>1</w:t>
            </w:r>
          </w:p>
        </w:tc>
        <w:tc>
          <w:tcPr>
            <w:tcW w:type="dxa" w:w="1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1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1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1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25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  <w:tc>
          <w:tcPr>
            <w:tcW w:type="dxa" w:w="526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4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ВЕДОМОСТЬ результатов проверки граждан, поступающих в военные образовательные организации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</w:tblGrid>
      <w:tr>
        <w:trPr>
          <w:tblHeader w:val="true"/>
        </w:trPr>
        <w:tc>
          <w:tcPr>
            <w:tcW w:type="dxa" w:w="70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N п/п</w:t>
            </w:r>
          </w:p>
        </w:tc>
        <w:tc>
          <w:tcPr>
            <w:tcW w:type="dxa" w:w="156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Воинское звание (при наличии)</w:t>
            </w:r>
          </w:p>
        </w:tc>
        <w:tc>
          <w:tcPr>
            <w:tcW w:type="dxa" w:w="173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Фамилия, имя, отчество (при наличии)</w:t>
            </w:r>
          </w:p>
        </w:tc>
        <w:tc>
          <w:tcPr>
            <w:tcW w:type="dxa" w:w="114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Нагрудный номер</w:t>
            </w:r>
          </w:p>
        </w:tc>
        <w:tc>
          <w:tcPr>
            <w:tcW w:type="dxa" w:w="121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Возрастная группа</w:t>
            </w:r>
          </w:p>
        </w:tc>
        <w:tc>
          <w:tcPr>
            <w:tcW w:type="dxa" w:w="121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Весовая категория</w:t>
            </w:r>
          </w:p>
        </w:tc>
        <w:tc>
          <w:tcPr>
            <w:tcW w:type="dxa" w:w="10888"/>
            <w:gridSpan w:val="1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Физические упражнения</w:t>
            </w:r>
          </w:p>
        </w:tc>
        <w:tc>
          <w:tcPr>
            <w:tcW w:type="dxa" w:w="103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Сумма баллов</w:t>
            </w:r>
          </w:p>
        </w:tc>
        <w:tc>
          <w:tcPr>
            <w:tcW w:type="dxa" w:w="212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Соответствует требованиям/не соответствует требованиям</w:t>
            </w:r>
          </w:p>
        </w:tc>
        <w:tc>
          <w:tcPr>
            <w:tcW w:type="dxa" w:w="151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Баллы по 100-балльной шкале</w:t>
            </w:r>
          </w:p>
        </w:tc>
      </w:tr>
      <w:tr>
        <w:trPr>
          <w:tblHeader w:val="true"/>
        </w:trPr>
        <w:tc>
          <w:tcPr>
            <w:tcW w:type="dxa" w:w="70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56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73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4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21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21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Номер упражнения</w:t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Результат</w:t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Балл</w:t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Номер упражнения</w:t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Результат</w:t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Балл</w:t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Номер упражнения</w:t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Результат</w:t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Балл</w:t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Номер упражнения</w:t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Результат</w:t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Балл</w:t>
            </w:r>
          </w:p>
        </w:tc>
        <w:tc>
          <w:tcPr>
            <w:tcW w:type="dxa" w:w="103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12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51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7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</w:t>
            </w:r>
          </w:p>
        </w:tc>
        <w:tc>
          <w:tcPr>
            <w:tcW w:type="dxa" w:w="156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2</w:t>
            </w:r>
          </w:p>
        </w:tc>
        <w:tc>
          <w:tcPr>
            <w:tcW w:type="dxa" w:w="17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3</w:t>
            </w:r>
          </w:p>
        </w:tc>
        <w:tc>
          <w:tcPr>
            <w:tcW w:type="dxa" w:w="114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4</w:t>
            </w:r>
          </w:p>
        </w:tc>
        <w:tc>
          <w:tcPr>
            <w:tcW w:type="dxa" w:w="121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5</w:t>
            </w:r>
          </w:p>
        </w:tc>
        <w:tc>
          <w:tcPr>
            <w:tcW w:type="dxa" w:w="121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6</w:t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7</w:t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8</w:t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9</w:t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10</w:t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11</w:t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12</w:t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13</w:t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14</w:t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15</w:t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16</w:t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17</w:t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18</w:t>
            </w:r>
          </w:p>
        </w:tc>
        <w:tc>
          <w:tcPr>
            <w:tcW w:type="dxa" w:w="103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19</w:t>
            </w:r>
          </w:p>
        </w:tc>
        <w:tc>
          <w:tcPr>
            <w:tcW w:type="dxa" w:w="21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20</w:t>
            </w:r>
          </w:p>
        </w:tc>
        <w:tc>
          <w:tcPr>
            <w:tcW w:type="dxa" w:w="151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21</w:t>
            </w:r>
          </w:p>
        </w:tc>
      </w:tr>
      <w:tr>
        <w:tc>
          <w:tcPr>
            <w:tcW w:type="dxa" w:w="7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1</w:t>
            </w:r>
          </w:p>
        </w:tc>
        <w:tc>
          <w:tcPr>
            <w:tcW w:type="dxa" w:w="156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7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14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21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21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1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90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03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21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51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ВЕДОМОСТЬ результатов проверки офицеров, поступающих в военные образовательные организации для обучения слушателями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</w:tblGrid>
      <w:tr>
        <w:trPr>
          <w:tblHeader w:val="true"/>
        </w:trPr>
        <w:tc>
          <w:tcPr>
            <w:tcW w:type="dxa" w:w="82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N п/п</w:t>
            </w:r>
          </w:p>
        </w:tc>
        <w:tc>
          <w:tcPr>
            <w:tcW w:type="dxa" w:w="134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Воинское звание</w:t>
            </w:r>
          </w:p>
        </w:tc>
        <w:tc>
          <w:tcPr>
            <w:tcW w:type="dxa" w:w="204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Фамилия, имя, отчество (при наличии)</w:t>
            </w:r>
          </w:p>
        </w:tc>
        <w:tc>
          <w:tcPr>
            <w:tcW w:type="dxa" w:w="134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Нагрудный номер</w:t>
            </w:r>
          </w:p>
        </w:tc>
        <w:tc>
          <w:tcPr>
            <w:tcW w:type="dxa" w:w="142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Возрастная группа</w:t>
            </w:r>
          </w:p>
        </w:tc>
        <w:tc>
          <w:tcPr>
            <w:tcW w:type="dxa" w:w="142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Весовая категория</w:t>
            </w:r>
          </w:p>
        </w:tc>
        <w:tc>
          <w:tcPr>
            <w:tcW w:type="dxa" w:w="9582"/>
            <w:gridSpan w:val="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Физические упражнения</w:t>
            </w:r>
          </w:p>
        </w:tc>
        <w:tc>
          <w:tcPr>
            <w:tcW w:type="dxa" w:w="120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Сумма баллов</w:t>
            </w:r>
          </w:p>
        </w:tc>
        <w:tc>
          <w:tcPr>
            <w:tcW w:type="dxa" w:w="217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Оценка уровня физической подготовленности</w:t>
            </w:r>
          </w:p>
        </w:tc>
        <w:tc>
          <w:tcPr>
            <w:tcW w:type="dxa" w:w="177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Баллы по 100-балльной шкале</w:t>
            </w:r>
          </w:p>
        </w:tc>
      </w:tr>
      <w:tr>
        <w:trPr>
          <w:tblHeader w:val="true"/>
        </w:trPr>
        <w:tc>
          <w:tcPr>
            <w:tcW w:type="dxa" w:w="82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4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4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4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2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2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упражнения</w:t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Результат</w:t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Балл</w:t>
            </w:r>
          </w:p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упражнения</w:t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Результат</w:t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Балл</w:t>
            </w:r>
          </w:p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Номер упражнения</w:t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Результат</w:t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Балл</w:t>
            </w:r>
          </w:p>
        </w:tc>
        <w:tc>
          <w:tcPr>
            <w:tcW w:type="dxa" w:w="120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17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77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2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type="dxa" w:w="13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type="dxa" w:w="204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type="dxa" w:w="13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type="dxa" w:w="14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type="dxa" w:w="14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type="dxa" w:w="12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type="dxa" w:w="217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type="dxa" w:w="17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</w:tr>
      <w:tr>
        <w:tc>
          <w:tcPr>
            <w:tcW w:type="dxa" w:w="82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  <w:t>1</w:t>
            </w:r>
          </w:p>
        </w:tc>
        <w:tc>
          <w:tcPr>
            <w:tcW w:type="dxa" w:w="13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204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3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3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06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75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2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217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7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</w:tr>
    </w:tbl>
    <w:sectPr w:rsidR="00FC693F" w:rsidRPr="0006063C" w:rsidSect="00034616">
      <w:pgSz w:w="23811" w:h="16838" w:orient="landscape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