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12. Таблица перевода баллов в оценку за одно физическое упражнение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Таблица перевода баллов в оценку за выполнение одного физического упражнения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09"/>
        <w:gridCol w:w="2109"/>
        <w:gridCol w:w="2109"/>
        <w:gridCol w:w="2109"/>
        <w:gridCol w:w="2109"/>
      </w:tblGrid>
      <w:tr>
        <w:trPr>
          <w:tblHeader w:val="true"/>
        </w:trPr>
        <w:tc>
          <w:tcPr>
            <w:tcW w:type="dxa" w:w="1621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N п/п</w:t>
            </w:r>
          </w:p>
        </w:tc>
        <w:tc>
          <w:tcPr>
            <w:tcW w:type="dxa" w:w="4953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Категории военнослужащих</w:t>
            </w:r>
          </w:p>
        </w:tc>
        <w:tc>
          <w:tcPr>
            <w:tcW w:type="dxa" w:w="3972"/>
            <w:gridSpan w:val="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Оценка/балл</w:t>
            </w:r>
          </w:p>
        </w:tc>
      </w:tr>
      <w:tr>
        <w:trPr>
          <w:tblHeader w:val="true"/>
        </w:trPr>
        <w:tc>
          <w:tcPr>
            <w:tcW w:type="dxa" w:w="1621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4953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"5"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"4"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"3"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</w:t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Военнослужащие, проходящие военную службу по призыву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30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</w:t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Курсанты: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 курса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45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 курса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55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 и последующих курсов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65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</w:t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Военнослужащие, проходящие военную службу по контракту: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 возрастной группы (до 25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34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 возрастной группы (25 - 29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68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48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32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 возрастной группы (30 - 34 года)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30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 возрастной группы (35 - 39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36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26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 возрастной группы (40 - 44 года)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24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 возрастной группы (45 - 49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18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 возрастной группы (50 - 54 года)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14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8 возрастной группы (55 - 60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16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12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9 возрастной группы (60 лет и старше)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12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10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</w:t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Курсанты женского пола: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 курса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22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9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 курса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24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17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10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 и последующих курсов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26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19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11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</w:t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Военнослужащие женского пола: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 возрастной группы (до 25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22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15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9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 возрастной группы (25 - 29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20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14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8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 возрастной группы (30 - 34 года)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18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13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 возрастной группы (35 - 39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16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12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 возрастной группы (40 - 44 года)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14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11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5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6 возрастной группы (45 - 49 лет)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12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9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4</w:t>
            </w:r>
          </w:p>
        </w:tc>
      </w:tr>
      <w:tr>
        <w:tc>
          <w:tcPr>
            <w:tcW w:type="dxa" w:w="1621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</w:r>
          </w:p>
        </w:tc>
        <w:tc>
          <w:tcPr>
            <w:tcW w:type="dxa" w:w="4953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 возрастной группы (50 лет и старше)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10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7</w:t>
            </w:r>
          </w:p>
        </w:tc>
        <w:tc>
          <w:tcPr>
            <w:tcW w:type="dxa" w:w="1324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3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